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סרטונים חינוכיים – צופים, משוחחים, כותבים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הנושא והערך המרכזי בכל 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והבעה בעקבות צפייה בסרטון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מחשבות אישיות בעקבות הסרטונים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להטות את משטח הקרח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באמצעות עבודת צוות ותושייה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מחכה בסבלנות בשער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לעזור אחד לשני ולחסוך 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אווזים אחרים יורדים איתו ועוזרים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מעשה טוב יכול לחזור למי שהתחיל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פיפ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ממשיכה להתאמן 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הם פועלים יחד כקבוצה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להפך, הוא מחכה בסבלנות 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המבנה עוזר להם לחסוך כוח ולעודד זה את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שרשרת של טוב שחוזרת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קטנה ונכשלת לפני שהיא מצליחה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זהו הנושא המשותף לכולם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התחיל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דיבוב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סרטון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(עבודת צוות ותושייה)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(התמדה וסבלנות)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(שיתוף פעולה וערבות הדדית)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(חסד ושרשרת 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(אמונה עצמית למרות כישלונות)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האירועים בסיפור פיפ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פיפ מגיעה לבית ספר לכלבי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קטנה ושונה מהכלבים האחרים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 מתאמנת ונכשלת כמה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היא ממשיכה להתאמן ולא מוותרת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פיפ מוכיחה שיש לה את מה שצריך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יבחרו סרטון, יציינו ערך מתאים ויקשרו אותו לדוגמה אישית מחייהם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המשך הגיוני הכולל מעשה טוב נוסף או השפעה חיובית על דמות נוספת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שם ערך ברור כמו התמדה, שיתוף פעולה או חסד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אישי קצר וברור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מחיי היומיום המקושרת לערך שנלמד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קטע קצר מכל סרטון לפני התרגול כדי לרענן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לשתף דוגמה אישית מחייהם הקשורה לערך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הדיבוב יכולה לשמש כהעשרה לאחר סיום דף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סרטונים חינוכיים – צופים, משוחחים, כותבים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על חמישה סרטונים קצרים. בכל סרטון יש ערך חשוב כמו עזרה, סבלנות או אמונה בעצמי.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תושייה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למצוא פתרון חכם בבעיה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לנסות גם כשקשה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 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לעבוד יחד למטרה משותפת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אחד לשני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חסד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מעשה טוב בלי לצפות לתמורה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מנהיגות מתחלפת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מוביל בתורו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להוסיף קולות ודיבור לסרטון בלי 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האורקה רוצה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להטות את משטח הקרח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לשחות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לבנות קרחון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לעזור לפינגווינים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הפינגווינים נעזרים אחד בשני?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בורחים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באמצעות עבודת צוות ותושייה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קוראים לעזרה מבחוץ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נשארים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הנער עושה אחרי שהמורה שולח אותו משם?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הולך הביתה ולא חוזר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מחכה בסבלנות בשער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 ועוזב את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מחפש מורה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האווזים טסים בצורת V?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להיראות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לעזור אחד לשני ולחסוך 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לבלבל ציפורי טרף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קורה במקרה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לאווז חלש בלהקה?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נשאר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אווזים אחרים יורדים איתו ועוזרים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הלהקה ממשיכה בלעדיו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לכך השפעה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לומדים מהסרטון על מעשה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מעשה טוב יכול לחזור למי שהתחיל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טוב לשמור מעשים טובים לעצמנו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קשה לעשות מעשים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מעשים טובים לא משפיעים על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איך קוראים לכלבה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נער על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להקת אווזים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פיפ עושה אחרי כישלון?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מפסיקה להתאמן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ממשיכה להתאמן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עוזבת את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מחכה שמישהו יעזור 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הפינגווינים נעזרים זה בזה כדי להינצל מהאורקה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הנער בסיפור המקדש מוותר מיד ולא מחכה בשער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אווזים טסים במבנה V לבד בלי קשר לעזרה הדדית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בומרנג של טוב מעשה טוב עובר מאדם לאדם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היא הכלבה החזקה מכל הכלבים כבר בהתחלה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הסרטונים עוסקים בערכים כמו עזרה, התמדה ושיתוף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בסרטון הפינגווינים והאורקה, הערך המרכזי הוא עבודת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התלמיד שחיכה בשער מלמד אותנו על __________ וסבלנות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אווזי הבר טסים במבנה של האות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בסרטון בומרנג של טוב, מעשה קטן חוזר בסוף למי ש__________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פיפ היא כלבה המתאמנת להיות כלבת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כדי להבין סרטון בלי מילים אפשר להוסיף לו קולות בפעילות שנקראת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סרטון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הפינגווינים והאורקה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התמדה וסבלנות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התלמיד שחיכה בשער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שיתוף פעולה וערבות הדדית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שיעור אווזי הבר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אמונה עצמית למרות כישלונות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בומרנג של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עבודת צוות ותושייה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פיפ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חסד ושרשרת נתינה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האירועים בסיפור פיפ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מוכיחה שיש לה את מה שצריך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מתאמנת ונכשלת כמה פעמים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מגיעה לבית ספר לכלבי נחייה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קטנה ושונה מהכלבים האחרים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ממשיכה להתאמן ולא מוותרת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מהסרטונים וכתבו מה הערך שהכי נגע לכם ולמה, בעזרת דוגמה מחייכם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המשך קצר לסיפור בומרנג של טוב – מה קורה למעשה הטוב אחרי שהוא חוזר?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ערך מרכזי אחד שלמדתם היום מאחד הסרטונים?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סרטון הכי אהבתם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בחיים שבו אפשר להשתמש בערך שלמדתם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סרטונים חינוכיים – צופים, משוחחים, כותבים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