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סרטונים חינוכיים –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 והערך המרכזי בכל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בעקבות צפייה בסרטון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מחשבות אישיות בעקבות 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להטות את משטח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באמצעות עבודת צוות ותושייה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מחכה בסבלנות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לעזור אחד לשני ולחסוך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אווזים אחרים יורדים איתו ועוזרים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מעשה טוב יכול לחזור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ממשיכה להתאמן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פועלים יחד כקבוצה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מחכה בסבלנות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המבנה עוזר להם לחסוך כוח ולעודד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שרשרת של טוב שחוזרת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קטנה ונכשלת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הנושא המשותף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דיבוב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(עבודת צוות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פעולה וערבות הדדית)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(חסד ושרשרת 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(אמונה עצמית למרות כישלונות)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 בסיפור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פיפ מגיעה לבית ספר לכלבי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קטנה ושונה מהכלבים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מתאמנת ונכשלת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היא ממשיכה להתאמן ולא מוותרת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פיפ מוכיחה שיש לה את מה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סרטון, יציינו ערך מתאים ויקשרו אותו לדוגמה אישית מחייהם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המשך הגיוני הכולל מעשה טוב נוסף או השפעה חיובית על דמות נוספת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ערך ברור כמו התמדה, שיתוף פעולה או 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אישי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מחיי היומיום המקושרת לערך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מכל סרטון לפני התרגול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דוגמה אישית מחייהם הקשורה לערך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יכולה לשמש כהעשרה לאחר סיום דף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סרטונים חינוכיים –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חשיבה על חמישה סרטונים קצרים העוסקים בערכים כמו עבודת צוות, התמדה ונתינה.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מנסה האורקה לעשות בסרטון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להטות את משטח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קרחון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לעזור לפינגווינים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מצליחים הפינגווינים להינצל?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בורחים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באמצעות עבודת צוות ותושייה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לעזרה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הנער בסרטון התלמיד שחיכה בשער אחרי שהמורה שולח אותו משם?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 הביתה ולא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מחכה בסבלנות בשער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 ועוזב את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 מורה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אווזי הבר טסים במבנה של האות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להיראות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לעזור אחד לשני ולחסוך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לבלבל 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קורה במקרה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כשאווז אחד נחלש בלהקה?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אווזים אחרים יורדים איתו ועוזרים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הלהקה ממשיכה בלעדיו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המסר המרכזי בסרטון בומרנג של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טוב יכול לחזור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 לשמור מעשים טובים לעצמנו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קשה לעשות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מעשים טובים לא משפיעים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הדמות הראשית בסרטון על כלבת נחייה?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נער על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להקת אווזים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פיפ עושה כשהיא נכשלת באימונים?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מפסיקה להתאמן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ממשיכה להתאמן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עוזבת את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מחכה שמישהו יעזור 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הפינגווינים נעזרים זה בזה כדי להינצל מהאורקה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בסיפור המקדש מוותר מיד ולא מחכה בשער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אווזים טסים במבנה V לבד בלי קשר לעזרה הדדית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בומרנג של טוב מעשה טוב עובר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הכלבה החזקה מכל הכלבים כבר בהתחלה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הסרטונים עוסקים בערכים כמו עזרה, התמדה ושיתוף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הפינגווינים והאורקה, הערך המרכזי הוא עבודת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שחיכה בשער מלמד אותנו על __________ וסבלנות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אווזי הבר טסים במבנה של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בסרטון בומרנג של טוב, מעשה קטן חוזר בסוף למי ש__________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פיפ היא כלבה המתאמנת להיות כלבת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להבין סרטון בלי מילים אפשר להוסיף לו קולות בפעילות שנקראת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פעולה וערבות הדדית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עבודת צוות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עצמית למרות כישלונות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חסד ושרשרת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האירועים בסיפור פיפ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קטנה ושונה מהכלבים האחרים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ממשיכה להתאמן ולא מוותרת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מוכיחה שיש לה את מה שצריך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מתאמנת ונכשלת כמה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מגיעה לבית ספר לכלבי נחייה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מהסרטונים וכתבו מה הערך שהכי נגע לכם ולמה, בעזרת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המשך קצר לסיפור בומרנג של טוב – מה קורה למעשה הטוב אחרי שהוא חוזר?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מרכזי אחד שלמדתם היום מאחד הסרטונים?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סרטון הכי אהבתם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בחיים שבו אפשר להשתמש בערך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סרטונים חינוכיים –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